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rial" w:hAnsi="Arial" w:eastAsia="Yu Gothic"/>
          <w:b/>
          <w:sz w:val="18"/>
        </w:rPr>
        <w:t>報道関係者各位</w:t>
      </w:r>
    </w:p>
    <w:p>
      <w:pPr>
        <w:spacing w:after="280"/>
        <w:jc w:val="right"/>
      </w:pPr>
      <w:r>
        <w:rPr>
          <w:rFonts w:ascii="Arial" w:hAnsi="Arial" w:eastAsia="Yu Gothic"/>
          <w:b w:val="0"/>
          <w:color w:val="666666"/>
          <w:sz w:val="18"/>
        </w:rPr>
        <w:t>KORA Systems Inc.　プレスリリース</w:t>
      </w:r>
    </w:p>
    <w:p>
      <w:pPr>
        <w:spacing w:after="200"/>
      </w:pPr>
      <w:r>
        <w:rPr>
          <w:rFonts w:ascii="Arial" w:hAnsi="Arial" w:eastAsia="Yu Gothic"/>
          <w:b/>
          <w:sz w:val="32"/>
        </w:rPr>
        <w:t>KORA、Snapdragon上でインテリジェンスのためのLinuxベースOSを前進</w:t>
      </w:r>
    </w:p>
    <w:p>
      <w:pPr>
        <w:spacing w:after="160"/>
      </w:pPr>
      <w:r>
        <w:rPr>
          <w:rFonts w:ascii="Arial" w:hAnsi="Arial" w:eastAsia="Yu Gothic"/>
          <w:b w:val="0"/>
          <w:sz w:val="22"/>
        </w:rPr>
        <w:t>約1年にわたるエンジニアリングにより、フルLinuxデスクトップ、SoC全体を使った推論、大規模AIモデルのオンデバイス実行をSnapdragon X2 Eliteで実現。エンタープライズ向けのHUMAIN OSと、開発者・クリエイター向けのKORA（The Operating System for Intelligence）が、2027年にSnapdragon搭載PCに登場します。</w:t>
      </w:r>
    </w:p>
    <w:p>
      <w:pPr>
        <w:spacing w:after="280"/>
      </w:pPr>
      <w:r>
        <w:rPr>
          <w:rFonts w:ascii="Arial" w:hAnsi="Arial" w:eastAsia="Yu Gothic"/>
          <w:b w:val="0"/>
          <w:color w:val="666666"/>
          <w:sz w:val="16"/>
        </w:rPr>
        <w:t>※本資料は、米国時間2026年11月10日に発表されたプレスリリースの日本語訳です。本資料の正式言語は英語であり、内容および解釈については英語版が優先されます。</w:t>
      </w:r>
    </w:p>
    <w:p>
      <w:pPr>
        <w:spacing w:after="180"/>
      </w:pPr>
      <w:r>
        <w:rPr>
          <w:rFonts w:ascii="Arial" w:hAnsi="Arial" w:eastAsia="Yu Gothic"/>
          <w:b/>
          <w:sz w:val="21"/>
        </w:rPr>
        <w:t xml:space="preserve">米国カリフォルニア州パロアルトおよびサンディエゴ、2026年11月10日（米国時間）　</w:t>
      </w:r>
      <w:r>
        <w:rPr>
          <w:rFonts w:ascii="Arial" w:hAnsi="Arial" w:eastAsia="Yu Gothic"/>
          <w:b w:val="0"/>
          <w:sz w:val="21"/>
        </w:rPr>
        <w:t>KORA Systems Inc.（以下、KORA）は、Qualcomm Technologies, Inc.と協力し、Snapdragon® Xシリーズプラットフォーム搭載PC向けに、インテリジェンスのためのLinuxベースのオペレーティングシステムを前進させています。両社による約1年にわたるエンジニアリングの結果、Snapdragon X2 Elite搭載PC上で完全なLinuxデスクトップOSが動作し、大規模AIモデルをすべてデバイス上で実行し、推論をプラットフォームのCPU、GPU、NPUにまたがってスケジューリングできるようになりました。</w:t>
      </w:r>
    </w:p>
    <w:p>
      <w:pPr>
        <w:spacing w:after="180"/>
      </w:pPr>
      <w:r>
        <w:rPr>
          <w:rFonts w:ascii="Arial" w:hAnsi="Arial" w:eastAsia="Yu Gothic"/>
          <w:b w:val="0"/>
          <w:sz w:val="21"/>
        </w:rPr>
        <w:t>この取り組みは、2027年にSnapdragon搭載PCに登場する2つのオペレーティングシステムの基盤となります。1つは、KORAがHUMAINと共同で開発し、リヤドで開催されたLEAP 2026で初公開したエンタープライズ向けAIネイティブOS「HUMAIN OS」。もう1つは、開発者とクリエイターのために作られた新しいデスクトップOS「KORA」（The Operating System for Intelligence）です。</w:t>
      </w:r>
    </w:p>
    <w:p>
      <w:pPr>
        <w:spacing w:after="180"/>
      </w:pPr>
      <w:r>
        <w:rPr>
          <w:rFonts w:ascii="Arial" w:hAnsi="Arial" w:eastAsia="Yu Gothic"/>
          <w:b w:val="0"/>
          <w:sz w:val="21"/>
        </w:rPr>
        <w:t>現在使われているオペレーティングシステムは、コンピューターが自らインテリジェンスを実行できるようになる前に設計されたものです。KORAは根本的に新しいアプローチを取り、オープンな基盤であるLinuxの上に、カーネルからインテリジェンスを中心に据えてOSを構築しています。そのシリコンとなるのがSnapdragon X2 Eliteです。Qualcomm Oryon™ CPU、Qualcomm® Adreno™ GPU、80 TOPSのQualcomm® Hexagon™ NPUを1つのプラットフォームに統合し、ノートPC上で大規模モデルを動かせる電力効率を備えています。</w:t>
      </w:r>
    </w:p>
    <w:p>
      <w:pPr>
        <w:spacing w:after="180"/>
      </w:pPr>
      <w:r>
        <w:rPr>
          <w:rFonts w:ascii="Arial" w:hAnsi="Arial" w:eastAsia="Yu Gothic"/>
          <w:b w:val="0"/>
          <w:sz w:val="21"/>
        </w:rPr>
        <w:t>Qualcomm Technologiesのエンジニアは、Snapdragon X2 Elite上でのLinuxデスクトップの立ち上げから、CPU、GPU、NPUにまたがる推論のチューニングまで、一貫してKORAと共に作業を進めてきました。Qualcomm TechnologiesはSnapdragon X2 EliteのサポートをメインラインのLinuxカーネルにアップストリームし続けており、この作業は両OSだけでなく、より広いLinuxエコシステムにも貢献します。</w:t>
      </w:r>
    </w:p>
    <w:p>
      <w:pPr>
        <w:spacing w:after="60"/>
      </w:pPr>
      <w:r>
        <w:rPr>
          <w:rFonts w:ascii="Arial" w:hAnsi="Arial" w:eastAsia="Yu Gothic"/>
          <w:b/>
          <w:color w:val="444444"/>
          <w:sz w:val="19"/>
        </w:rPr>
        <w:t>KORAがSnapdragon搭載PC向けに構築したもの</w:t>
      </w:r>
    </w:p>
    <w:p>
      <w:pPr>
        <w:spacing w:after="120"/>
      </w:pPr>
      <w:r>
        <w:rPr>
          <w:rFonts w:ascii="Arial" w:hAnsi="Arial" w:eastAsia="Yu Gothic"/>
          <w:b/>
          <w:sz w:val="21"/>
        </w:rPr>
        <w:t>Snapdragon X2 Elite上の完全なLinuxデスクトップ。</w:t>
      </w:r>
      <w:r>
        <w:rPr>
          <w:rFonts w:ascii="Arial" w:hAnsi="Arial" w:eastAsia="Yu Gothic"/>
          <w:b w:val="0"/>
          <w:sz w:val="21"/>
        </w:rPr>
        <w:t>KORAのLinuxプラットフォームは、カーネルからSnapdragon X2 Elite上で動作します。インテリジェントPCのためにKORAが設計・開発した新しいデスクトップ環境も含まれます。Snapdragon X2 Elite搭載PCにLinuxデスクトップOSを搭載して出荷する世界初のOEM製PCは、2027年にHUMAIN OSを搭載して登場します。</w:t>
      </w:r>
    </w:p>
    <w:p>
      <w:pPr>
        <w:spacing w:after="120"/>
      </w:pPr>
      <w:r>
        <w:rPr>
          <w:rFonts w:ascii="Arial" w:hAnsi="Arial" w:eastAsia="Yu Gothic"/>
          <w:b/>
          <w:sz w:val="21"/>
        </w:rPr>
        <w:t>プロセッサー全体で推論。</w:t>
      </w:r>
      <w:r>
        <w:rPr>
          <w:rFonts w:ascii="Arial" w:hAnsi="Arial" w:eastAsia="Yu Gothic"/>
          <w:b w:val="0"/>
          <w:sz w:val="21"/>
        </w:rPr>
        <w:t>両OSの中核をなすハイブリッド推論エンジン「Cortex」は、AIワークロードをSnapdragon X2 EliteのCPU、GPU、NPUにまたがってスケジューリングし、チップ全体を目の前のタスクに使います。Cortexは同じスケジューリングを、ローカルネットワーク上の他のマシンにも広げます。</w:t>
      </w:r>
    </w:p>
    <w:p>
      <w:pPr>
        <w:spacing w:after="120"/>
      </w:pPr>
      <w:r>
        <w:rPr>
          <w:rFonts w:ascii="Arial" w:hAnsi="Arial" w:eastAsia="Yu Gothic"/>
          <w:b/>
          <w:sz w:val="21"/>
        </w:rPr>
        <w:t>大規模モデルを完全にオンデバイスで。</w:t>
      </w:r>
      <w:r>
        <w:rPr>
          <w:rFonts w:ascii="Arial" w:hAnsi="Arial" w:eastAsia="Yu Gothic"/>
          <w:b w:val="0"/>
          <w:sz w:val="21"/>
        </w:rPr>
        <w:t>Snapdragon X2 Elite搭載PC上で、260億パラメーターの言語モデルを、自動音声認識モデルや埋め込みモデルと併せてローカルで実行できます。応答は高速なまま、クラウドへの依存は減り、機密情報はデバイス上にとどめることができます。</w:t>
      </w:r>
    </w:p>
    <w:p>
      <w:pPr>
        <w:spacing w:after="120"/>
      </w:pPr>
      <w:r>
        <w:rPr>
          <w:rFonts w:ascii="Arial" w:hAnsi="Arial" w:eastAsia="Yu Gothic"/>
          <w:b/>
          <w:sz w:val="21"/>
        </w:rPr>
        <w:t>OSに組み込まれたエージェント。</w:t>
      </w:r>
      <w:r>
        <w:rPr>
          <w:rFonts w:ascii="Arial" w:hAnsi="Arial" w:eastAsia="Yu Gothic"/>
          <w:b w:val="0"/>
          <w:sz w:val="21"/>
        </w:rPr>
        <w:t>エージェントはOSアーキテクチャの一部であり、許可されたシステム機能、アプリケーション、ファイル、サービスと連携して、デスクトップ全体で実際の作業を完了できます。ニューラルファイルシステムはファイルを意味で索引化するため、人もエージェントも、名前やフォルダーだけでなく内容から情報を見つけられます。</w:t>
      </w:r>
    </w:p>
    <w:p>
      <w:pPr>
        <w:spacing w:after="120"/>
      </w:pPr>
      <w:r>
        <w:rPr>
          <w:rFonts w:ascii="Arial" w:hAnsi="Arial" w:eastAsia="Yu Gothic"/>
          <w:b/>
          <w:sz w:val="21"/>
        </w:rPr>
        <w:t>Snapdragon向けのWindowsソフトウェア。</w:t>
      </w:r>
      <w:r>
        <w:rPr>
          <w:rFonts w:ascii="Arial" w:hAnsi="Arial" w:eastAsia="Yu Gothic"/>
          <w:b w:val="0"/>
          <w:sz w:val="21"/>
        </w:rPr>
        <w:t>KORAが開発した互換・変換技術により、選定されたWindows x86-64アプリケーションをSnapdragon上のLinux環境内で実行できます。新しいプラットフォームに移行しても、頼りにしているソフトウェアを使い続けられます。</w:t>
      </w:r>
    </w:p>
    <w:p>
      <w:pPr>
        <w:spacing w:after="60"/>
      </w:pPr>
      <w:r>
        <w:rPr>
          <w:rFonts w:ascii="Arial" w:hAnsi="Arial" w:eastAsia="Yu Gothic"/>
          <w:b/>
          <w:color w:val="444444"/>
          <w:sz w:val="19"/>
        </w:rPr>
        <w:t>2つのOS、1つの基盤。</w:t>
      </w:r>
    </w:p>
    <w:p>
      <w:pPr>
        <w:spacing w:after="180"/>
      </w:pPr>
      <w:r>
        <w:rPr>
          <w:rFonts w:ascii="Arial" w:hAnsi="Arial" w:eastAsia="Yu Gothic"/>
          <w:b w:val="0"/>
          <w:sz w:val="21"/>
        </w:rPr>
        <w:t>HUMAIN OSは、KORAがHUMAINと共同で開発しているエンタープライズ向けAIネイティブOSです。「意図、インテリジェンス、行動」を軸に構成されており、ユーザーが達成したいことを伝えると、OSが関連するコンテキストを集め、適切なローカルまたはクラウドのインテリジェンスを選び、エージェントとアプリケーションを連携させて作業を完了します。HUMAIN OSは企業のメール、カレンダー、チャットを統合して職場の情報を一元的に把握できるようにし、AIネイティブなオフィスアプリケーション群を備えています。LEAP 2026で初めてデモが行われ、2027年の商用提供開始を予定しています。</w:t>
      </w:r>
    </w:p>
    <w:p>
      <w:pPr>
        <w:spacing w:after="180"/>
      </w:pPr>
      <w:r>
        <w:rPr>
          <w:rFonts w:ascii="Arial" w:hAnsi="Arial" w:eastAsia="Yu Gothic"/>
          <w:b w:val="0"/>
          <w:sz w:val="21"/>
        </w:rPr>
        <w:t>KORAは「The Operating System for Intelligence」、すなわち開発者とクリエイターのために作られた新しいデスクトップOSであり、インテリジェントPCの時代に向けてデスクトップをゼロから再構想したものです。KORAはQualcomm Technologiesと共に開発した基盤（Cortex、ニューラルワークスペースとファイルシステム）を共有し、モデル層はオープンです。どのラボのどのモデルでも、ローカルでもクラウドでも、選ぶのはユーザーです。KORAは2027年にSnapdragon搭載PCに登場します。</w:t>
      </w:r>
    </w:p>
    <w:p>
      <w:pPr>
        <w:spacing w:after="60"/>
        <w:ind w:left="454"/>
      </w:pPr>
      <w:r>
        <w:rPr>
          <w:rFonts w:ascii="Arial" w:hAnsi="Arial" w:eastAsia="Yu Gothic"/>
          <w:b w:val="0"/>
          <w:sz w:val="21"/>
        </w:rPr>
        <w:t>「今日使われているオペレーティングシステムはすべて、コンピューターが知性を持つ前に設計されたものです。私たちは約1年にわたり、Qualcomm Technologiesと共にSnapdragonプラットフォーム上で、その次に来るものを作ってきました。フルLinuxデスクトップ、デバイス上で動く大規模モデル、そして1台のマシンとしてタスクに取り組むCPU、GPU、NPUです。HUMAIN OSは、この基盤の上で出荷される最初のOSです。KORA（The Operating System for Intelligence）は2027年にSnapdragonで続きます。コンピューター全体を自分のために働かせたい開発者とクリエイターのためのOSです。」</w:t>
      </w:r>
    </w:p>
    <w:p>
      <w:pPr>
        <w:spacing w:after="200"/>
        <w:ind w:left="454"/>
      </w:pPr>
      <w:r>
        <w:rPr>
          <w:rFonts w:ascii="Arial" w:hAnsi="Arial" w:eastAsia="Yu Gothic"/>
          <w:b/>
          <w:color w:val="444444"/>
          <w:sz w:val="18"/>
        </w:rPr>
        <w:t>KORA Systems Inc.　最高経営責任者（CEO）　カート・マクマスター（Kirt McMaster）</w:t>
      </w:r>
    </w:p>
    <w:p>
      <w:pPr>
        <w:spacing w:after="60"/>
        <w:ind w:left="454"/>
      </w:pPr>
      <w:r>
        <w:rPr>
          <w:rFonts w:ascii="Arial" w:hAnsi="Arial" w:eastAsia="Yu Gothic"/>
          <w:b w:val="0"/>
          <w:sz w:val="21"/>
        </w:rPr>
        <w:t>「Snapdragon X2 Eliteは、CPU、GPU、NPUにまたがって高度なAIをデバイス上で実行するために設計されました。KORAの取り組みは、その能力を中心に据えた完全なLinuxデスクトップOSをSnapdragonにもたらすものです。2027年にHUMAIN OSとKORAがSnapdragon搭載PCに登場することを楽しみにしています。」</w:t>
      </w:r>
    </w:p>
    <w:p>
      <w:pPr>
        <w:spacing w:after="200"/>
        <w:ind w:left="454"/>
      </w:pPr>
      <w:r>
        <w:rPr>
          <w:rFonts w:ascii="Arial" w:hAnsi="Arial" w:eastAsia="Yu Gothic"/>
          <w:b/>
          <w:color w:val="444444"/>
          <w:sz w:val="18"/>
        </w:rPr>
        <w:t>Qualcomm Technologies, Inc.　コンピュート＆ゲーミング担当 シニアバイスプレジデント兼ゼネラルマネージャー　ケダール・コンダップ（Kedar Kondap）</w:t>
      </w:r>
    </w:p>
    <w:p>
      <w:pPr>
        <w:spacing w:after="60"/>
        <w:ind w:left="454"/>
      </w:pPr>
      <w:r>
        <w:rPr>
          <w:rFonts w:ascii="Arial" w:hAnsi="Arial" w:eastAsia="Yu Gothic"/>
          <w:b w:val="0"/>
          <w:sz w:val="21"/>
        </w:rPr>
        <w:t>「HUMAIN OSは、人々の働き方の中心にインテリジェンスを据えることで、エンタープライズ・コンピューティングの体験を再定義しています。企業アプリケーション、コンテキストに基づくインテリジェンス、AIエージェントを1つの統合されたOSにまとめることで、意図から行動へとシームレスに移れるようにします。KORAおよびQualcomm Technologiesと共に、この次世代のAIネイティブ・コンピューティングを市場に届け、強力なオンデバイス・インテリジェンス、より高い生産性、そして根本的に賢い働き方を実現していきます。」</w:t>
      </w:r>
    </w:p>
    <w:p>
      <w:pPr>
        <w:spacing w:after="200"/>
        <w:ind w:left="454"/>
      </w:pPr>
      <w:r>
        <w:rPr>
          <w:rFonts w:ascii="Arial" w:hAnsi="Arial" w:eastAsia="Yu Gothic"/>
          <w:b/>
          <w:color w:val="444444"/>
          <w:sz w:val="18"/>
        </w:rPr>
        <w:t>HUMAIN　最高経営責任者（CEO）　タレック・アミン（Tareq Amin）</w:t>
      </w:r>
    </w:p>
    <w:p>
      <w:pPr>
        <w:spacing w:after="60"/>
      </w:pPr>
      <w:r>
        <w:rPr>
          <w:rFonts w:ascii="Arial" w:hAnsi="Arial" w:eastAsia="Yu Gothic"/>
          <w:b/>
          <w:color w:val="444444"/>
          <w:sz w:val="19"/>
        </w:rPr>
        <w:t>提供時期</w:t>
      </w:r>
    </w:p>
    <w:p>
      <w:pPr>
        <w:spacing w:after="180"/>
      </w:pPr>
      <w:r>
        <w:rPr>
          <w:rFonts w:ascii="Arial" w:hAnsi="Arial" w:eastAsia="Yu Gothic"/>
          <w:b w:val="0"/>
          <w:sz w:val="21"/>
        </w:rPr>
        <w:t>HUMAIN OSは2027年に商用提供を開始し、LinuxベースのデスクトップOSとSnapdragon X2 Eliteプラットフォームを組み合わせた世界初のOEM製PCに搭載されてデビューします。KORAはその後、2027年中にSnapdragon搭載PCへと提供を広げます。</w:t>
      </w:r>
    </w:p>
    <w:p>
      <w:pPr>
        <w:spacing w:after="60"/>
      </w:pPr>
      <w:r>
        <w:rPr>
          <w:rFonts w:ascii="Arial" w:hAnsi="Arial" w:eastAsia="Yu Gothic"/>
          <w:b/>
          <w:color w:val="444444"/>
          <w:sz w:val="19"/>
        </w:rPr>
        <w:t>KORAについて</w:t>
      </w:r>
    </w:p>
    <w:p>
      <w:pPr>
        <w:spacing w:after="180"/>
      </w:pPr>
      <w:r>
        <w:rPr>
          <w:rFonts w:ascii="Arial" w:hAnsi="Arial" w:eastAsia="Yu Gothic"/>
          <w:b w:val="0"/>
          <w:sz w:val="19"/>
        </w:rPr>
        <w:t>KORA Systems Inc.は、インテリジェントPCの時代に向けてデスクトップをゼロから再構想したOS「KORA」（The Operating System for Intelligence）を開発しています。その中核にあるのが、OSの神経系「Cortex」です。ローカルモデルに最適化されたハイブリッド推論エンジンであり、マシン内のすべてのチップと、ネットワーク上のすべてのマシンを1台のコンピューターに変えます。ニューラルワークスペースとファイルシステムが、新しいユーザー体験を形づくります。KORAチームはOSエンジニアリングとプラットフォーム・エコシステム構築に深い経験を持ち、Cyanogen、Android、GameOSの3つのOSを合計10億台以上のデバイスに届けてきました。KORAの投資家には、Samsung、Square Enix、Polychain、VanEck、Circle、Alumni Venturesが名を連ねています。詳細はkora.funをご覧ください。</w:t>
      </w:r>
    </w:p>
    <w:p>
      <w:pPr>
        <w:spacing w:after="60"/>
      </w:pPr>
      <w:r>
        <w:rPr>
          <w:rFonts w:ascii="Arial" w:hAnsi="Arial" w:eastAsia="Yu Gothic"/>
          <w:b/>
          <w:color w:val="444444"/>
          <w:sz w:val="19"/>
        </w:rPr>
        <w:t>報道関係者からのお問い合わせ先</w:t>
      </w:r>
    </w:p>
    <w:p>
      <w:pPr>
        <w:spacing w:after="40"/>
      </w:pPr>
      <w:r>
        <w:rPr>
          <w:rFonts w:ascii="Arial" w:hAnsi="Arial" w:eastAsia="Yu Gothic"/>
          <w:b w:val="0"/>
          <w:sz w:val="21"/>
        </w:rPr>
        <w:t>KORA：pr@kora.inc</w:t>
      </w:r>
    </w:p>
    <w:p>
      <w:pPr>
        <w:spacing w:after="40"/>
      </w:pPr>
      <w:r>
        <w:rPr>
          <w:rFonts w:ascii="Arial" w:hAnsi="Arial" w:eastAsia="Yu Gothic"/>
          <w:b w:val="0"/>
          <w:sz w:val="21"/>
        </w:rPr>
        <w:t>HUMAIN：pr@humain.com</w:t>
      </w:r>
    </w:p>
    <w:p>
      <w:pPr>
        <w:spacing w:after="80"/>
      </w:pPr>
    </w:p>
    <w:p>
      <w:pPr>
        <w:spacing w:after="40"/>
      </w:pPr>
      <w:r>
        <w:rPr>
          <w:rFonts w:ascii="Arial" w:hAnsi="Arial" w:eastAsia="Yu Gothic"/>
          <w:b w:val="0"/>
          <w:color w:val="666666"/>
          <w:sz w:val="16"/>
        </w:rPr>
        <w:t>SnapdragonおよびQualcommブランドの製品は、Qualcomm Technologies, Inc.および／またはその子会社の製品です。</w:t>
      </w:r>
    </w:p>
    <w:p>
      <w:pPr>
        <w:spacing w:after="40"/>
      </w:pPr>
      <w:r>
        <w:rPr>
          <w:rFonts w:ascii="Arial" w:hAnsi="Arial" w:eastAsia="Yu Gothic"/>
          <w:b w:val="0"/>
          <w:color w:val="666666"/>
          <w:sz w:val="16"/>
        </w:rPr>
        <w:t>Qualcomm、Snapdragon、Hexagon、Adrenoは、Qualcomm Incorporatedの商標または登録商標です。</w:t>
      </w:r>
    </w:p>
    <w:p>
      <w:pPr>
        <w:spacing w:after="0"/>
        <w:jc w:val="center"/>
      </w:pPr>
      <w:r>
        <w:rPr>
          <w:rFonts w:ascii="Arial" w:hAnsi="Arial" w:eastAsia="Yu Gothic"/>
          <w:b w:val="0"/>
          <w:sz w:val="21"/>
        </w:rPr>
        <w:t>以上</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 Qualcomm プレスリリース（日本語版）</dc:title>
  <dc:subject/>
  <dc:creator>KORA Systems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