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right"/>
      </w:pPr>
      <w:r>
        <w:rPr>
          <w:rFonts w:ascii="Arial" w:hAnsi="Arial" w:eastAsia="Malgun Gothic"/>
          <w:b/>
          <w:sz w:val="18"/>
        </w:rPr>
        <w:t>즉시 배포</w:t>
      </w:r>
    </w:p>
    <w:p>
      <w:pPr>
        <w:spacing w:after="280"/>
        <w:jc w:val="right"/>
      </w:pPr>
      <w:r>
        <w:rPr>
          <w:rFonts w:ascii="Arial" w:hAnsi="Arial" w:eastAsia="Malgun Gothic"/>
          <w:b w:val="0"/>
          <w:color w:val="666666"/>
          <w:sz w:val="18"/>
        </w:rPr>
        <w:t>KORA Systems Inc. 보도자료</w:t>
      </w:r>
    </w:p>
    <w:p>
      <w:pPr>
        <w:spacing w:after="200"/>
      </w:pPr>
      <w:r>
        <w:rPr>
          <w:rFonts w:ascii="Arial" w:hAnsi="Arial" w:eastAsia="Malgun Gothic"/>
          <w:b/>
          <w:sz w:val="32"/>
        </w:rPr>
        <w:t>KORA, 스냅드래곤에서 인텔리전스를 위한 리눅스 기반 운영체제 고도화</w:t>
      </w:r>
    </w:p>
    <w:p>
      <w:pPr>
        <w:spacing w:after="160"/>
      </w:pPr>
      <w:r>
        <w:rPr>
          <w:rFonts w:ascii="Arial" w:hAnsi="Arial" w:eastAsia="Malgun Gothic"/>
          <w:b w:val="0"/>
          <w:sz w:val="22"/>
        </w:rPr>
        <w:t>약 1년간의 엔지니어링으로 스냅드래곤 X2 엘리트에서 완전한 리눅스 데스크톱, 칩 전체를 활용한 추론, 온디바이스 대형 AI 모델을 구현했다. 기업용 HUMAIN OS와, 인텔리전스를 위한 운영체제(The Operating System for Intelligence)로서 개발자와 크리에이터를 겨냥한 KORA는 2027년 스냅드래곤 기반 PC에 출시된다.</w:t>
      </w:r>
    </w:p>
    <w:p>
      <w:pPr>
        <w:spacing w:after="280"/>
      </w:pPr>
      <w:r>
        <w:rPr>
          <w:rFonts w:ascii="Arial" w:hAnsi="Arial" w:eastAsia="Malgun Gothic"/>
          <w:b w:val="0"/>
          <w:color w:val="666666"/>
          <w:sz w:val="16"/>
        </w:rPr>
        <w:t>※ 본 자료는 미국 현지 시간 2026년 11월 10일 발표된 보도자료의 한국어 번역본입니다. 영문 원문이 공식 자료이며, 내용과 해석은 영문 원문을 따릅니다.</w:t>
      </w:r>
    </w:p>
    <w:p>
      <w:pPr>
        <w:spacing w:after="180"/>
      </w:pPr>
      <w:r>
        <w:rPr>
          <w:rFonts w:ascii="Arial" w:hAnsi="Arial" w:eastAsia="Malgun Gothic"/>
          <w:b/>
          <w:sz w:val="21"/>
        </w:rPr>
        <w:t xml:space="preserve">미국 캘리포니아주 팔로알토·샌디에이고, 2026년 11월 10일(현지 시간) — </w:t>
      </w:r>
      <w:r>
        <w:rPr>
          <w:rFonts w:ascii="Arial" w:hAnsi="Arial" w:eastAsia="Malgun Gothic"/>
          <w:b w:val="0"/>
          <w:sz w:val="21"/>
        </w:rPr>
        <w:t>KORA Systems Inc.(이하 KORA)는 퀄컴 테크날러지스(Qualcomm Technologies, Inc.)와 협력해 스냅드래곤 X 시리즈(Snapdragon® X Series) 플랫폼 기반 PC에서 인텔리전스를 위한 리눅스 기반 운영체제를 고도화하고 있다. 두 회사의 약 1년에 걸친 엔지니어링을 통해 스냅드래곤 X2 엘리트 기반 PC에서 완전한 리눅스 데스크톱 운영체제가 구동되며, 대형 AI 모델이 온전히 기기 안에서 실행되고 추론은 플랫폼의 CPU, GPU, NPU 전반에 걸쳐 스케줄링된다.</w:t>
      </w:r>
    </w:p>
    <w:p>
      <w:pPr>
        <w:spacing w:after="180"/>
      </w:pPr>
      <w:r>
        <w:rPr>
          <w:rFonts w:ascii="Arial" w:hAnsi="Arial" w:eastAsia="Malgun Gothic"/>
          <w:b w:val="0"/>
          <w:sz w:val="21"/>
        </w:rPr>
        <w:t>이 작업은 2027년 스냅드래곤 기반 PC에 출시될 두 운영체제의 기반이 된다. 하나는 KORA가 휴메인(HUMAIN)과 함께 개발하고 리야드 LEAP 2026에서 처음 공개한 기업용 AI 네이티브 운영체제 HUMAIN OS이고, 다른 하나는 개발자와 크리에이터를 위해 만든 새로운 데스크톱 운영체제이자 인텔리전스를 위한 운영체제인 KORA다.</w:t>
      </w:r>
    </w:p>
    <w:p>
      <w:pPr>
        <w:spacing w:after="180"/>
      </w:pPr>
      <w:r>
        <w:rPr>
          <w:rFonts w:ascii="Arial" w:hAnsi="Arial" w:eastAsia="Malgun Gothic"/>
          <w:b w:val="0"/>
          <w:sz w:val="21"/>
        </w:rPr>
        <w:t>오늘날 쓰이는 운영체제는 컴퓨터가 스스로 인텔리전스를 실행할 수 있기 전에 설계됐다. KORA는 근본적으로 새로운 접근 방식을 택했다. 개방형 기반인 리눅스 위에서 커널부터 인텔리전스를 중심으로 설계한다. 스냅드래곤 X2 엘리트는 그 실리콘을 제공한다. 퀄컴 오라이온 CPU(Qualcomm Oryon™ CPU), 퀄컴 아드레노 GPU(Qualcomm® Adreno™ GPU), 80 TOPS 성능의 퀄컴 헥사곤 NPU(Qualcomm® Hexagon™ NPU)를 하나의 플랫폼에 담아, 노트북에서 대형 모델을 실행할 수 있는 효율을 갖췄다.</w:t>
      </w:r>
    </w:p>
    <w:p>
      <w:pPr>
        <w:spacing w:after="180"/>
      </w:pPr>
      <w:r>
        <w:rPr>
          <w:rFonts w:ascii="Arial" w:hAnsi="Arial" w:eastAsia="Malgun Gothic"/>
          <w:b w:val="0"/>
          <w:sz w:val="21"/>
        </w:rPr>
        <w:t>퀄컴 테크날러지스의 엔지니어들은 스냅드래곤 X2 엘리트에서 리눅스 데스크톱을 구동하는 브링업(bring-up)부터 CPU, GPU, NPU 전반의 추론 튜닝까지 전 과정에서 KORA와 함께했다. 퀄컴 테크날러지스는 스냅드래곤 X2 엘리트 지원을 메인라인 리눅스 커널에 계속 반영(업스트림)하고 있으며, 이 작업은 두 운영체제는 물론 더 넓은 리눅스 생태계에도 도움이 된다.</w:t>
      </w:r>
    </w:p>
    <w:p>
      <w:pPr>
        <w:spacing w:after="60"/>
      </w:pPr>
      <w:r>
        <w:rPr>
          <w:rFonts w:ascii="Arial" w:hAnsi="Arial" w:eastAsia="Malgun Gothic"/>
          <w:b/>
          <w:color w:val="444444"/>
          <w:sz w:val="19"/>
        </w:rPr>
        <w:t>KORA가 스냅드래곤 PC를위해 만든 것</w:t>
      </w:r>
    </w:p>
    <w:p>
      <w:pPr>
        <w:spacing w:after="120"/>
      </w:pPr>
      <w:r>
        <w:rPr>
          <w:rFonts w:ascii="Arial" w:hAnsi="Arial" w:eastAsia="Malgun Gothic"/>
          <w:b/>
          <w:sz w:val="21"/>
        </w:rPr>
        <w:t xml:space="preserve">스냅드래곤 X2 엘리트에서 구동되는 완전한 리눅스 데스크톱. </w:t>
      </w:r>
      <w:r>
        <w:rPr>
          <w:rFonts w:ascii="Arial" w:hAnsi="Arial" w:eastAsia="Malgun Gothic"/>
          <w:b w:val="0"/>
          <w:sz w:val="21"/>
        </w:rPr>
        <w:t>KORA의 리눅스 플랫폼은 커널부터 스냅드래곤 X2 엘리트에서 구동되며, 여기에는 KORA가 지능형 PC를 위해 설계하고 만든 새로운 데스크톱 환경이 포함된다. 스냅드래곤 X2 엘리트 기반 PC에 리눅스 데스크톱 운영체제를 탑재해 출시되는 세계 최초의 OEM PC는 2027년 HUMAIN OS로 구동된다.</w:t>
      </w:r>
    </w:p>
    <w:p>
      <w:pPr>
        <w:spacing w:after="120"/>
      </w:pPr>
      <w:r>
        <w:rPr>
          <w:rFonts w:ascii="Arial" w:hAnsi="Arial" w:eastAsia="Malgun Gothic"/>
          <w:b/>
          <w:sz w:val="21"/>
        </w:rPr>
        <w:t xml:space="preserve">프로세서 전체를 활용한 추론. </w:t>
      </w:r>
      <w:r>
        <w:rPr>
          <w:rFonts w:ascii="Arial" w:hAnsi="Arial" w:eastAsia="Malgun Gothic"/>
          <w:b w:val="0"/>
          <w:sz w:val="21"/>
        </w:rPr>
        <w:t>두 운영체제의 핵심인 KORA의 하이브리드 추론 엔진 Cortex는 스냅드래곤 X2 엘리트의 CPU, GPU, NPU 전반에 AI 워크로드를 스케줄링해, 칩 전체가 당면한 작업에 투입되도록 한다. Cortex는 같은 스케줄링을 로컬 네트워크의 다른 기기로도 확장한다.</w:t>
      </w:r>
    </w:p>
    <w:p>
      <w:pPr>
        <w:spacing w:after="120"/>
      </w:pPr>
      <w:r>
        <w:rPr>
          <w:rFonts w:ascii="Arial" w:hAnsi="Arial" w:eastAsia="Malgun Gothic"/>
          <w:b/>
          <w:sz w:val="21"/>
        </w:rPr>
        <w:t xml:space="preserve">온전히 기기 안에서 실행되는 대형 모델. </w:t>
      </w:r>
      <w:r>
        <w:rPr>
          <w:rFonts w:ascii="Arial" w:hAnsi="Arial" w:eastAsia="Malgun Gothic"/>
          <w:b w:val="0"/>
          <w:sz w:val="21"/>
        </w:rPr>
        <w:t>스냅드래곤 X2 엘리트 기반 PC에서 260억 개 파라미터의 언어 모델을 자동 음성 인식 모델, 임베딩 모델과 함께 로컬로 실행할 수 있다. 응답은 빠르게 유지되고 클라우드 의존도는 낮아지며, 민감한 정보는 기기에 남겨 둘 수 있다.</w:t>
      </w:r>
    </w:p>
    <w:p>
      <w:pPr>
        <w:spacing w:after="120"/>
      </w:pPr>
      <w:r>
        <w:rPr>
          <w:rFonts w:ascii="Arial" w:hAnsi="Arial" w:eastAsia="Malgun Gothic"/>
          <w:b/>
          <w:sz w:val="21"/>
        </w:rPr>
        <w:t xml:space="preserve">운영체제에 내장된 에이전트. </w:t>
      </w:r>
      <w:r>
        <w:rPr>
          <w:rFonts w:ascii="Arial" w:hAnsi="Arial" w:eastAsia="Malgun Gothic"/>
          <w:b w:val="0"/>
          <w:sz w:val="21"/>
        </w:rPr>
        <w:t>에이전트는 운영체제 아키텍처의 일부로서 승인된 시스템 기능, 애플리케이션, 파일, 서비스와 함께 작동해, AI가 데스크톱 전반에서 실제 작업을 완수할 수 있게 한다. 뉴럴 파일 시스템은 파일을 의미에 따라 색인해, 사람과 에이전트가 이름이나 폴더뿐 아니라 내용으로도 정보를 찾을 수 있게 한다.</w:t>
      </w:r>
    </w:p>
    <w:p>
      <w:pPr>
        <w:spacing w:after="120"/>
      </w:pPr>
      <w:r>
        <w:rPr>
          <w:rFonts w:ascii="Arial" w:hAnsi="Arial" w:eastAsia="Malgun Gothic"/>
          <w:b/>
          <w:sz w:val="21"/>
        </w:rPr>
        <w:t xml:space="preserve">스냅드래곤용 윈도우 소프트웨어. </w:t>
      </w:r>
      <w:r>
        <w:rPr>
          <w:rFonts w:ascii="Arial" w:hAnsi="Arial" w:eastAsia="Malgun Gothic"/>
          <w:b w:val="0"/>
          <w:sz w:val="21"/>
        </w:rPr>
        <w:t>KORA가 개발한 호환성 및 변환 기술로 일부 윈도우 x86-64 애플리케이션을 스냅드래곤의 리눅스 환경에서 실행할 수 있어, 사용자는 새로운 플랫폼으로 옮겨 가면서도 의지하던 소프트웨어를 계속 쓸 수 있다.</w:t>
      </w:r>
    </w:p>
    <w:p>
      <w:pPr>
        <w:spacing w:after="60"/>
      </w:pPr>
      <w:r>
        <w:rPr>
          <w:rFonts w:ascii="Arial" w:hAnsi="Arial" w:eastAsia="Malgun Gothic"/>
          <w:b/>
          <w:color w:val="444444"/>
          <w:sz w:val="19"/>
        </w:rPr>
        <w:t>두 개의 운영체제,하나의 기반.</w:t>
      </w:r>
    </w:p>
    <w:p>
      <w:pPr>
        <w:spacing w:after="180"/>
      </w:pPr>
      <w:r>
        <w:rPr>
          <w:rFonts w:ascii="Arial" w:hAnsi="Arial" w:eastAsia="Malgun Gothic"/>
          <w:b w:val="0"/>
          <w:sz w:val="21"/>
        </w:rPr>
        <w:t>HUMAIN OS는 KORA가 휴메인과 협력해 개발 중인 기업용 AI 네이티브 운영체제다. 의도, 인텔리전스, 행동을 중심으로 구성돼, 사용자가 이루고 싶은 일을 표현하면 운영체제가 관련 맥락을 모으고 적합한 로컬 또는 클라우드 인텔리전스를 선택해 에이전트와 애플리케이션을 조율하며 작업을 완수한다. HUMAIN OS는 기업용 이메일, 캘린더, 채팅을 통합해 업무 정보를 한눈에 보여 주며, AI 네이티브 오피스 애플리케이션 제품군을 함께 제공한다. LEAP 2026에서 처음 시연된 HUMAIN OS는 2027년 상용 출시될 예정이다.</w:t>
      </w:r>
    </w:p>
    <w:p>
      <w:pPr>
        <w:spacing w:after="180"/>
      </w:pPr>
      <w:r>
        <w:rPr>
          <w:rFonts w:ascii="Arial" w:hAnsi="Arial" w:eastAsia="Malgun Gothic"/>
          <w:b w:val="0"/>
          <w:sz w:val="21"/>
        </w:rPr>
        <w:t>KORA는 인텔리전스를 위한 운영체제다. 개발자와 크리에이터를 위해 만든 새로운 데스크톱 운영체제로, 지능형 PC 시대에 맞춰 데스크톱을 처음부터 다시 구상했다. KORA는 Cortex, 뉴럴 워크스페이스와 파일 시스템 등 퀄컴 테크날러지스와 함께 개발한 기반을 공유하며, 모델 계층은 개방돼 있다. 어느 개발사의 어떤 모델이든, 로컬이든 클라우드든 사용자가 선택한다. KORA는 2027년 스냅드래곤 기반 PC에 출시된다.</w:t>
      </w:r>
    </w:p>
    <w:p>
      <w:pPr>
        <w:spacing w:after="60"/>
        <w:ind w:left="454"/>
      </w:pPr>
      <w:r>
        <w:rPr>
          <w:rFonts w:ascii="Arial" w:hAnsi="Arial" w:eastAsia="Malgun Gothic"/>
          <w:b w:val="0"/>
          <w:sz w:val="21"/>
        </w:rPr>
        <w:t>“오늘날 쓰이는 모든 운영체제는 컴퓨터가 스스로 생각하기 전에 설계됐습니다. 저희는 약 1년 동안 퀄컴 테크날러지스와 함께 스냅드래곤 플랫폼에서 그다음 세대의 운영체제를 만들어 왔습니다. 완전한 리눅스 데스크톱, 기기에서 실행되는 대형 모델, 그리고 하나의 기기처럼 함께 작업하는 CPU, GPU, NPU입니다. HUMAIN OS는 이 기반 위에서 출시되는 첫 운영체제가 될 것입니다. 인텔리전스를 위한 운영체제 KORA는 2027년 스냅드래곤에서 그 뒤를 이으며, 컴퓨터 전체가 자신을 위해 일하기를 원하는 개발자와 크리에이터를 위해 만들어졌습니다.”</w:t>
      </w:r>
    </w:p>
    <w:p>
      <w:pPr>
        <w:spacing w:after="200"/>
        <w:ind w:left="454"/>
      </w:pPr>
      <w:r>
        <w:rPr>
          <w:rFonts w:ascii="Arial" w:hAnsi="Arial" w:eastAsia="Malgun Gothic"/>
          <w:b/>
          <w:color w:val="444444"/>
          <w:sz w:val="18"/>
        </w:rPr>
        <w:t>— KORA Systems Inc. 최고경영자(CEO) 커트 맥마스터(Kirt McMaster)</w:t>
      </w:r>
    </w:p>
    <w:p>
      <w:pPr>
        <w:spacing w:after="60"/>
        <w:ind w:left="454"/>
      </w:pPr>
      <w:r>
        <w:rPr>
          <w:rFonts w:ascii="Arial" w:hAnsi="Arial" w:eastAsia="Malgun Gothic"/>
          <w:b w:val="0"/>
          <w:sz w:val="21"/>
        </w:rPr>
        <w:t>“스냅드래곤 X2 엘리트는 CPU, GPU, NPU 전반에서 첨단 AI를 기기에서 실행하도록 설계됐습니다. KORA의 작업으로 이러한 역량을 중심에 둔 완전한 리눅스 데스크톱 운영체제가 스냅드래곤에서 구현됩니다. 2027년 HUMAIN OS와 KORA가 스냅드래곤 기반 PC에 출시되기를 기대합니다.”</w:t>
      </w:r>
    </w:p>
    <w:p>
      <w:pPr>
        <w:spacing w:after="200"/>
        <w:ind w:left="454"/>
      </w:pPr>
      <w:r>
        <w:rPr>
          <w:rFonts w:ascii="Arial" w:hAnsi="Arial" w:eastAsia="Malgun Gothic"/>
          <w:b/>
          <w:color w:val="444444"/>
          <w:sz w:val="18"/>
        </w:rPr>
        <w:t>— 퀄컴 테크날러지스 수석 부사장 겸 컴퓨팅 및 게이밍 부문 본부장 케다르 콘답(Kedar Kondap)</w:t>
      </w:r>
    </w:p>
    <w:p>
      <w:pPr>
        <w:spacing w:after="60"/>
        <w:ind w:left="454"/>
      </w:pPr>
      <w:r>
        <w:rPr>
          <w:rFonts w:ascii="Arial" w:hAnsi="Arial" w:eastAsia="Malgun Gothic"/>
          <w:b w:val="0"/>
          <w:sz w:val="21"/>
        </w:rPr>
        <w:t>“HUMAIN OS는 사람들이 일하는 방식의 중심에 인텔리전스를 두어 기업 컴퓨팅 경험을 새롭게 정의하고 있습니다. 기업용 애플리케이션, 맥락 인텔리전스, AI 에이전트를 하나의 통합 운영체제에 담아, 사람들이 의도에서 행동으로 자연스럽게 나아갈 수 있도록 합니다. 우리는 KORA, 퀄컴 테크날러지스와 함께 차세대 AI 네이티브 컴퓨팅을 시장에 선보이며, 강력한 온디바이스 인텔리전스와 더 높은 생산성, 근본적으로 더 스마트한 업무 방식을 제공하겠습니다.”</w:t>
      </w:r>
    </w:p>
    <w:p>
      <w:pPr>
        <w:spacing w:after="200"/>
        <w:ind w:left="454"/>
      </w:pPr>
      <w:r>
        <w:rPr>
          <w:rFonts w:ascii="Arial" w:hAnsi="Arial" w:eastAsia="Malgun Gothic"/>
          <w:b/>
          <w:color w:val="444444"/>
          <w:sz w:val="18"/>
        </w:rPr>
        <w:t>— 휴메인(HUMAIN) 최고경영자(CEO) 타렉 아민(Tareq Amin)</w:t>
      </w:r>
    </w:p>
    <w:p>
      <w:pPr>
        <w:spacing w:after="60"/>
      </w:pPr>
      <w:r>
        <w:rPr>
          <w:rFonts w:ascii="Arial" w:hAnsi="Arial" w:eastAsia="Malgun Gothic"/>
          <w:b/>
          <w:color w:val="444444"/>
          <w:sz w:val="19"/>
        </w:rPr>
        <w:t>출시</w:t>
      </w:r>
    </w:p>
    <w:p>
      <w:pPr>
        <w:spacing w:after="180"/>
      </w:pPr>
      <w:r>
        <w:rPr>
          <w:rFonts w:ascii="Arial" w:hAnsi="Arial" w:eastAsia="Malgun Gothic"/>
          <w:b w:val="0"/>
          <w:sz w:val="21"/>
        </w:rPr>
        <w:t>HUMAIN OS는 2027년 상용 출시되며, 리눅스 기반 데스크톱 운영체제와 스냅드래곤 X2 엘리트 플랫폼을 결합한 세계 최초의 OEM PC에 처음 탑재된다. KORA는 2027년 중 그 뒤를 이어 스냅드래곤 기반 PC로 출시를 확대한다.</w:t>
      </w:r>
    </w:p>
    <w:p>
      <w:pPr>
        <w:spacing w:after="60"/>
      </w:pPr>
      <w:r>
        <w:rPr>
          <w:rFonts w:ascii="Arial" w:hAnsi="Arial" w:eastAsia="Malgun Gothic"/>
          <w:b/>
          <w:color w:val="444444"/>
          <w:sz w:val="19"/>
        </w:rPr>
        <w:t>KORA 소개</w:t>
      </w:r>
    </w:p>
    <w:p>
      <w:pPr>
        <w:spacing w:after="180"/>
      </w:pPr>
      <w:r>
        <w:rPr>
          <w:rFonts w:ascii="Arial" w:hAnsi="Arial" w:eastAsia="Malgun Gothic"/>
          <w:b w:val="0"/>
          <w:sz w:val="19"/>
        </w:rPr>
        <w:t>KORA Systems Inc.는 인텔리전스를 위한 운영체제 KORA를 만들고 있다. KORA는 지능형 PC 시대에 맞춰 데스크톱을 처음부터 다시 구상한 운영체제다. 그 중심에는 운영체제의 신경계인 Cortex가 있다. Cortex는 로컬 모델에 최적화된 하이브리드 추론 엔진으로, 기기 안의 모든 칩과 네트워크상의 모든 기기를 하나의 컴퓨터로 묶는다. 뉴럴 워크스페이스와 파일 시스템은 새로운 사용자 경험을 이룬다. KORA 팀은 운영체제 엔지니어링과 플랫폼 생태계 구축에 깊은 뿌리를 두고 있으며, 사이아노젠, 안드로이드, GameOS 세 개의 운영체제를 선보여 10억 대 이상의 기기에 탑재했다. KORA의 투자사로는 삼성, 스퀘어 에닉스, 폴리체인, 반에크, 서클, 얼럼나이 벤처스가 있다. 자세한 내용은 kora.fun에서 확인할 수 있다.</w:t>
      </w:r>
    </w:p>
    <w:p>
      <w:pPr>
        <w:spacing w:after="60"/>
      </w:pPr>
      <w:r>
        <w:rPr>
          <w:rFonts w:ascii="Arial" w:hAnsi="Arial" w:eastAsia="Malgun Gothic"/>
          <w:b/>
          <w:color w:val="444444"/>
          <w:sz w:val="19"/>
        </w:rPr>
        <w:t>미디어 문의</w:t>
      </w:r>
    </w:p>
    <w:p>
      <w:pPr>
        <w:spacing w:after="40"/>
      </w:pPr>
      <w:r>
        <w:rPr>
          <w:rFonts w:ascii="Arial" w:hAnsi="Arial" w:eastAsia="Malgun Gothic"/>
          <w:b w:val="0"/>
          <w:sz w:val="21"/>
        </w:rPr>
        <w:t>KORA: pr@kora.inc</w:t>
      </w:r>
    </w:p>
    <w:p>
      <w:pPr>
        <w:spacing w:after="40"/>
      </w:pPr>
      <w:r>
        <w:rPr>
          <w:rFonts w:ascii="Arial" w:hAnsi="Arial" w:eastAsia="Malgun Gothic"/>
          <w:b w:val="0"/>
          <w:sz w:val="21"/>
        </w:rPr>
        <w:t>휴메인(HUMAIN): pr@humain.com</w:t>
      </w:r>
    </w:p>
    <w:p>
      <w:pPr>
        <w:spacing w:after="80"/>
      </w:pPr>
    </w:p>
    <w:p>
      <w:pPr>
        <w:spacing w:after="40"/>
      </w:pPr>
      <w:r>
        <w:rPr>
          <w:rFonts w:ascii="Arial" w:hAnsi="Arial" w:eastAsia="Malgun Gothic"/>
          <w:b w:val="0"/>
          <w:color w:val="666666"/>
          <w:sz w:val="16"/>
        </w:rPr>
        <w:t>스냅드래곤과 퀄컴 브랜드 제품은 퀄컴 테크날러지스(Qualcomm Technologies, Inc.) 및/또는 그 자회사의 제품입니다.</w:t>
      </w:r>
    </w:p>
    <w:p>
      <w:pPr>
        <w:spacing w:after="40"/>
      </w:pPr>
      <w:r>
        <w:rPr>
          <w:rFonts w:ascii="Arial" w:hAnsi="Arial" w:eastAsia="Malgun Gothic"/>
          <w:b w:val="0"/>
          <w:color w:val="666666"/>
          <w:sz w:val="16"/>
        </w:rPr>
        <w:t>퀄컴, 스냅드래곤, 헥사곤, 아드레노는 퀄컴 인코퍼레이티드(Qualcomm Incorporated)의 상표 또는 등록상표입니다.</w:t>
      </w:r>
    </w:p>
    <w:p>
      <w:pPr>
        <w:spacing w:after="0"/>
        <w:jc w:val="center"/>
      </w:pPr>
      <w:r>
        <w:rPr>
          <w:rFonts w:ascii="Arial" w:hAnsi="Arial" w:eastAsia="Malgun Gothic"/>
          <w:b w:val="0"/>
          <w:sz w:val="21"/>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Arial" w:hAnsi="Arial" w:eastAsia="Malgun Gothi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KORA × 퀄컴 보도자료(한국어판)</dc:title>
  <dc:subject/>
  <dc:creator>KORA Systems Inc.</dc:creator>
  <cp:keywords/>
  <dc:description>generated by python-docx</dc:description>
  <cp:lastModifiedBy/>
  <cp:revision>1</cp:revision>
  <dcterms:created xsi:type="dcterms:W3CDTF">2013-12-23T23:15:00Z</dcterms:created>
  <dcterms:modified xsi:type="dcterms:W3CDTF">2013-12-23T23:15:00Z</dcterms:modified>
  <cp:category/>
</cp:coreProperties>
</file>