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Arial" w:hAnsi="Arial" w:eastAsia="Microsoft JhengHei"/>
          <w:b/>
          <w:sz w:val="18"/>
        </w:rPr>
        <w:t>即時發布</w:t>
      </w:r>
    </w:p>
    <w:p>
      <w:pPr>
        <w:spacing w:after="280"/>
        <w:jc w:val="right"/>
      </w:pPr>
      <w:r>
        <w:rPr>
          <w:rFonts w:ascii="Arial" w:hAnsi="Arial" w:eastAsia="Microsoft JhengHei"/>
          <w:b w:val="0"/>
          <w:color w:val="666666"/>
          <w:sz w:val="18"/>
        </w:rPr>
        <w:t>KORA Systems Inc.　新聞稿</w:t>
      </w:r>
    </w:p>
    <w:p>
      <w:pPr>
        <w:spacing w:after="200"/>
      </w:pPr>
      <w:r>
        <w:rPr>
          <w:rFonts w:ascii="Arial" w:hAnsi="Arial" w:eastAsia="Microsoft JhengHei"/>
          <w:b/>
          <w:sz w:val="32"/>
        </w:rPr>
        <w:t>KORA 在 Snapdragon 平台上推進面向智慧的 Linux 作業系統</w:t>
      </w:r>
    </w:p>
    <w:p>
      <w:pPr>
        <w:spacing w:after="160"/>
      </w:pPr>
      <w:r>
        <w:rPr>
          <w:rFonts w:ascii="Arial" w:hAnsi="Arial" w:eastAsia="Microsoft JhengHei"/>
          <w:b w:val="0"/>
          <w:sz w:val="22"/>
        </w:rPr>
        <w:t>近一年的工程合作在 Snapdragon X2 Elite 上實現了完整的 Linux 桌面、跨整顆晶片的推論以及完全在裝置端執行的大型 AI 模型；面向企業的 HUMAIN OS 與面向開發者和創作者的 KORA——為智慧而生的作業系統（The Operating System for Intelligence）——將於 2027 年登陸搭載 Snapdragon 平台的 PC。</w:t>
      </w:r>
    </w:p>
    <w:p>
      <w:pPr>
        <w:spacing w:after="280"/>
      </w:pPr>
      <w:r>
        <w:rPr>
          <w:rFonts w:ascii="Arial" w:hAnsi="Arial" w:eastAsia="Microsoft JhengHei"/>
          <w:b w:val="0"/>
          <w:color w:val="666666"/>
          <w:sz w:val="16"/>
        </w:rPr>
        <w:t>※本資料為美國時間2026年11月10日發表的新聞稿的中文譯本。本資料以英文為正式語言，內容及解釋以英文版為準。</w:t>
      </w:r>
    </w:p>
    <w:p>
      <w:pPr>
        <w:spacing w:after="180"/>
      </w:pPr>
      <w:r>
        <w:rPr>
          <w:rFonts w:ascii="Arial" w:hAnsi="Arial" w:eastAsia="Microsoft JhengHei"/>
          <w:b/>
          <w:sz w:val="21"/>
        </w:rPr>
        <w:t>美國加州帕羅奧圖及聖地牙哥，2026年11月10日（美國時間）——</w:t>
      </w:r>
      <w:r>
        <w:rPr>
          <w:rFonts w:ascii="Arial" w:hAnsi="Arial" w:eastAsia="Microsoft JhengHei"/>
          <w:b w:val="0"/>
          <w:sz w:val="21"/>
        </w:rPr>
        <w:t>KORA Systems Inc.（以下簡稱「KORA」）正與高通技術公司（Qualcomm Technologies, Inc.）合作，在搭載 Snapdragon® X 系列平台的 PC 上推進面向智慧的 Linux 作業系統。經過兩家公司近一年的工程合作，完整的 Linux 桌面作業系統已在搭載 Snapdragon X2 Elite 的 PC 上執行，大型 AI 模型完全在裝置端執行，推論任務在平台的 CPU、GPU 和 NPU 之間統一排程。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這項工作為兩款作業系統奠定了基礎，二者都將於 2027 年登陸搭載 Snapdragon 平台的 PC：一款是 KORA 與 HUMAIN 聯合開發、首次亮相於利雅德 LEAP 2026 的企業級 AI 原生作業系統 HUMAIN OS；另一款是為開發者和創作者打造的全新桌面作業系統 KORA——為智慧而生的作業系統。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如今使用的作業系統，都是在電腦能夠自行執行智慧之前設計的。KORA 採用全新的方法：以 Linux 作為開放的基礎，從核心開始圍繞智慧進行設計；Snapdragon X2 Elite 則提供晶片：高通 Oryon™ CPU、高通® Adreno™ GPU 和 80 TOPS 的高通® Hexagon™ NPU 整合於同一平台，能效足以在筆電上執行大型模型。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從在 Snapdragon X2 Elite 上完成 Linux 桌面的移植適配（bring-up），到在 CPU、GPU 和 NPU 之間調校推論，高通技術公司的工程師全程與 KORA 並肩工作。高通技術公司持續將 Snapdragon X2 Elite 的支援整合進 Linux 主線核心，這項工作不僅惠及這兩款作業系統，也惠及更廣泛的 Linux 生態系。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KORA 為 Snapdragon PC打造的成果</w:t>
      </w:r>
    </w:p>
    <w:p>
      <w:pPr>
        <w:spacing w:after="120"/>
      </w:pPr>
      <w:r>
        <w:rPr>
          <w:rFonts w:ascii="Arial" w:hAnsi="Arial" w:eastAsia="Microsoft JhengHei"/>
          <w:b/>
          <w:sz w:val="21"/>
        </w:rPr>
        <w:t>Snapdragon X2 Elite 上的完整 Linux 桌面。</w:t>
      </w:r>
      <w:r>
        <w:rPr>
          <w:rFonts w:ascii="Arial" w:hAnsi="Arial" w:eastAsia="Microsoft JhengHei"/>
          <w:b w:val="0"/>
          <w:sz w:val="21"/>
        </w:rPr>
        <w:t>KORA 的 Linux 平台從核心起執行在 Snapdragon X2 Elite 上，包括 KORA 為AI PC 設計和打造的全新桌面環境。全球首批在搭載 Snapdragon X2 Elite 的 PC 上預載 Linux 桌面作業系統的 OEM 電腦，將於 2027 年搭載 HUMAIN OS 推出。</w:t>
      </w:r>
    </w:p>
    <w:p>
      <w:pPr>
        <w:spacing w:after="120"/>
      </w:pPr>
      <w:r>
        <w:rPr>
          <w:rFonts w:ascii="Arial" w:hAnsi="Arial" w:eastAsia="Microsoft JhengHei"/>
          <w:b/>
          <w:sz w:val="21"/>
        </w:rPr>
        <w:t>整顆處理器參與推論。</w:t>
      </w:r>
      <w:r>
        <w:rPr>
          <w:rFonts w:ascii="Arial" w:hAnsi="Arial" w:eastAsia="Microsoft JhengHei"/>
          <w:b w:val="0"/>
          <w:sz w:val="21"/>
        </w:rPr>
        <w:t>KORA 的 Cortex 是兩款作業系統共用的混合推論引擎，它在 Snapdragon X2 Elite 的 CPU、GPU 和 NPU 之間排程 AI 工作負載，讓整顆晶片都為當前任務工作。Cortex 還將同樣的排程延伸到區域網路中的其他機器。</w:t>
      </w:r>
    </w:p>
    <w:p>
      <w:pPr>
        <w:spacing w:after="120"/>
      </w:pPr>
      <w:r>
        <w:rPr>
          <w:rFonts w:ascii="Arial" w:hAnsi="Arial" w:eastAsia="Microsoft JhengHei"/>
          <w:b/>
          <w:sz w:val="21"/>
        </w:rPr>
        <w:t>大型模型完全在裝置端執行。</w:t>
      </w:r>
      <w:r>
        <w:rPr>
          <w:rFonts w:ascii="Arial" w:hAnsi="Arial" w:eastAsia="Microsoft JhengHei"/>
          <w:b w:val="0"/>
          <w:sz w:val="21"/>
        </w:rPr>
        <w:t>能夠在搭載 Snapdragon X2 Elite 的 PC 上本地執行 260 億參數的語言模型，並同時執行自動語音辨識模型和嵌入模型。回應速度維持快速，對雲端的依賴隨之降低，敏感資訊可以留在裝置上。</w:t>
      </w:r>
    </w:p>
    <w:p>
      <w:pPr>
        <w:spacing w:after="120"/>
      </w:pPr>
      <w:r>
        <w:rPr>
          <w:rFonts w:ascii="Arial" w:hAnsi="Arial" w:eastAsia="Microsoft JhengHei"/>
          <w:b/>
          <w:sz w:val="21"/>
        </w:rPr>
        <w:t>內建於作業系統的 AI 代理。</w:t>
      </w:r>
      <w:r>
        <w:rPr>
          <w:rFonts w:ascii="Arial" w:hAnsi="Arial" w:eastAsia="Microsoft JhengHei"/>
          <w:b w:val="0"/>
          <w:sz w:val="21"/>
        </w:rPr>
        <w:t>AI 代理是作業系統架構的一部分，可以呼叫經授權的系統能力、應用程式、檔案和服務，讓 AI 在整個桌面上完成實際工作。神經檔案系統按含義為檔案建立索引，人和 AI 代理不僅能按名稱或資料夾，還能按內容搜尋資訊。</w:t>
      </w:r>
    </w:p>
    <w:p>
      <w:pPr>
        <w:spacing w:after="120"/>
      </w:pPr>
      <w:r>
        <w:rPr>
          <w:rFonts w:ascii="Arial" w:hAnsi="Arial" w:eastAsia="Microsoft JhengHei"/>
          <w:b/>
          <w:sz w:val="21"/>
        </w:rPr>
        <w:t>在 Snapdragon 平台上執行 Windows 軟體。</w:t>
      </w:r>
      <w:r>
        <w:rPr>
          <w:rFonts w:ascii="Arial" w:hAnsi="Arial" w:eastAsia="Microsoft JhengHei"/>
          <w:b w:val="0"/>
          <w:sz w:val="21"/>
        </w:rPr>
        <w:t>藉助 KORA 開發的相容與轉譯技術，部分 Windows x86-64 應用程式可以在 Snapdragon 平台的 Linux 環境中執行，讓使用者在遷移到新平台時依然能使用他們依賴的軟體。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兩個作業系統，同一個基礎。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HUMAIN OS 是 KORA 與 HUMAIN 合作開發的企業級 AI 原生作業系統。它圍繞「意圖、智慧與行動」建構：使用者表達想要完成的事情，作業系統便彙集相關上下文，選擇合適的本地或雲端智慧，並協調 AI 代理和應用程式完成工作。HUMAIN OS 整合企業郵件、行事曆和聊天，提供統一的工作資訊檢視，並配備一套 AI 原生的辦公應用程式。HUMAIN OS 首次亮相於 LEAP 2026，預計於 2027 年正式商用。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KORA 是為智慧而生的作業系統：一款為開發者和創作者打造的全新桌面作業系統，也是一次面向AI PC 時代、從零開始的桌面重構。KORA 共享與高通技術公司共同開發的基礎，包括 Cortex、神經工作空間和檔案系統，並在模型層保持開放：任何實驗室的任何模型，本地或雲端，由使用者選擇。KORA 將於 2027 年登陸搭載 Snapdragon 平台的 PC。</w:t>
      </w:r>
    </w:p>
    <w:p>
      <w:pPr>
        <w:spacing w:after="60"/>
        <w:ind w:left="454"/>
      </w:pPr>
      <w:r>
        <w:rPr>
          <w:rFonts w:ascii="Arial" w:hAnsi="Arial" w:eastAsia="Microsoft JhengHei"/>
          <w:b w:val="0"/>
          <w:sz w:val="21"/>
        </w:rPr>
        <w:t>「如今使用的每一款作業系統，都是在電腦擁有心智之前設計的。近一年來，我們一直與高通技術公司在 Snapdragon 平台上打造繼之而起的新一代作業系統：完整的 Linux 桌面、在裝置上執行的大型模型，以及讓 CPU、GPU 和 NPU 如同一台機器般協同完成任務。HUMAIN OS 將是首款基於這一基礎出貨的作業系統。KORA——為智慧而生的作業系統——將於 2027 年緊隨其後登陸 Snapdragon 平台，專為希望整台電腦都為自己工作的開發者和創作者打造。」</w:t>
      </w:r>
    </w:p>
    <w:p>
      <w:pPr>
        <w:spacing w:after="200"/>
        <w:ind w:left="454"/>
      </w:pPr>
      <w:r>
        <w:rPr>
          <w:rFonts w:ascii="Arial" w:hAnsi="Arial" w:eastAsia="Microsoft JhengHei"/>
          <w:b/>
          <w:color w:val="444444"/>
          <w:sz w:val="18"/>
        </w:rPr>
        <w:t>—— KORA Systems Inc. 執行長 Kirt McMaster</w:t>
      </w:r>
    </w:p>
    <w:p>
      <w:pPr>
        <w:spacing w:after="60"/>
        <w:ind w:left="454"/>
      </w:pPr>
      <w:r>
        <w:rPr>
          <w:rFonts w:ascii="Arial" w:hAnsi="Arial" w:eastAsia="Microsoft JhengHei"/>
          <w:b w:val="0"/>
          <w:sz w:val="21"/>
        </w:rPr>
        <w:t>「Snapdragon X2 Elite 專為在裝置端、跨 CPU、GPU 和 NPU 執行先進 AI 而設計。KORA 的工作為 Snapdragon 帶來了一款圍繞這一能力打造的完整 Linux 桌面作業系統。我們期待 HUMAIN OS 和 KORA 於 2027 年登陸搭載 Snapdragon 平台的 PC。」</w:t>
      </w:r>
    </w:p>
    <w:p>
      <w:pPr>
        <w:spacing w:after="200"/>
        <w:ind w:left="454"/>
      </w:pPr>
      <w:r>
        <w:rPr>
          <w:rFonts w:ascii="Arial" w:hAnsi="Arial" w:eastAsia="Microsoft JhengHei"/>
          <w:b/>
          <w:color w:val="444444"/>
          <w:sz w:val="18"/>
        </w:rPr>
        <w:t>—— 高通技術公司 資深副總裁暨運算與遊戲部門總經理 Kedar Kondap</w:t>
      </w:r>
    </w:p>
    <w:p>
      <w:pPr>
        <w:spacing w:after="60"/>
        <w:ind w:left="454"/>
      </w:pPr>
      <w:r>
        <w:rPr>
          <w:rFonts w:ascii="Arial" w:hAnsi="Arial" w:eastAsia="Microsoft JhengHei"/>
          <w:b w:val="0"/>
          <w:sz w:val="21"/>
        </w:rPr>
        <w:t>「HUMAIN OS 將智慧置於人們工作方式的核心，正在重新定義企業運算體驗。透過將企業應用程式、情境智慧和 AI 代理整合進一個統一的作業系統，我們讓人們能夠從意圖無縫走向行動。我們正與 KORA 和高通技術公司攜手，將新一代 AI 原生運算推向市場，帶來強大的裝置端智慧、更高的生產力，以及從根本上更智慧的工作方式。」</w:t>
      </w:r>
    </w:p>
    <w:p>
      <w:pPr>
        <w:spacing w:after="200"/>
        <w:ind w:left="454"/>
      </w:pPr>
      <w:r>
        <w:rPr>
          <w:rFonts w:ascii="Arial" w:hAnsi="Arial" w:eastAsia="Microsoft JhengHei"/>
          <w:b/>
          <w:color w:val="444444"/>
          <w:sz w:val="18"/>
        </w:rPr>
        <w:t>—— HUMAIN 執行長 Tareq Amin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上市時程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HUMAIN OS 將於 2027 年正式商用，率先搭載於全球首批將基於 Linux 的桌面作業系統與 Snapdragon X2 Elite 平台相結合的 OEM 電腦。KORA 將於 2027 年晚些時候跟進，擴大至搭載 Snapdragon 平台的 PC。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關於 KORA</w:t>
      </w:r>
    </w:p>
    <w:p>
      <w:pPr>
        <w:spacing w:after="180"/>
      </w:pPr>
      <w:r>
        <w:rPr>
          <w:rFonts w:ascii="Arial" w:hAnsi="Arial" w:eastAsia="Microsoft JhengHei"/>
          <w:b w:val="0"/>
          <w:sz w:val="19"/>
        </w:rPr>
        <w:t>KORA Systems Inc. 正在打造 KORA——為智慧而生的作業系統，一次面向AI PC 時代、從零開始的桌面重構。居於 KORA 中樞的是作業系統的神經系統 Cortex：一款針對本地模型最佳化的混合推論引擎，能把機器中的每一顆晶片和網路上的每一台機器匯聚成一台電腦。神經工作空間和檔案系統構成了全新的使用者體驗。KORA 團隊在作業系統工程和平台生態系建設方面底蘊深厚，已推出 Cyanogen、Android 和 GameOS 三款作業系統，搭載裝置超過十億台。KORA 的投資人包括 Samsung、Square Enix、Polychain、VanEck、Circle 和 Alumni Ventures。更多資訊請存取 kora.fun。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媒體聯絡</w:t>
      </w:r>
    </w:p>
    <w:p>
      <w:pPr>
        <w:spacing w:after="40"/>
      </w:pPr>
      <w:r>
        <w:rPr>
          <w:rFonts w:ascii="Arial" w:hAnsi="Arial" w:eastAsia="Microsoft JhengHei"/>
          <w:b w:val="0"/>
          <w:sz w:val="21"/>
        </w:rPr>
        <w:t>KORA：pr@kora.inc</w:t>
      </w:r>
    </w:p>
    <w:p>
      <w:pPr>
        <w:spacing w:after="40"/>
      </w:pPr>
      <w:r>
        <w:rPr>
          <w:rFonts w:ascii="Arial" w:hAnsi="Arial" w:eastAsia="Microsoft JhengHei"/>
          <w:b w:val="0"/>
          <w:sz w:val="21"/>
        </w:rPr>
        <w:t>HUMAIN：pr@humain.com</w:t>
      </w:r>
    </w:p>
    <w:p>
      <w:pPr>
        <w:spacing w:after="80"/>
      </w:pPr>
    </w:p>
    <w:p>
      <w:pPr>
        <w:spacing w:after="40"/>
      </w:pPr>
      <w:r>
        <w:rPr>
          <w:rFonts w:ascii="Arial" w:hAnsi="Arial" w:eastAsia="Microsoft JhengHei"/>
          <w:b w:val="0"/>
          <w:color w:val="666666"/>
          <w:sz w:val="16"/>
        </w:rPr>
        <w:t>Snapdragon 與高通品牌產品是高通技術公司和/或其子公司的產品。</w:t>
      </w:r>
    </w:p>
    <w:p>
      <w:pPr>
        <w:spacing w:after="40"/>
      </w:pPr>
      <w:r>
        <w:rPr>
          <w:rFonts w:ascii="Arial" w:hAnsi="Arial" w:eastAsia="Microsoft JhengHei"/>
          <w:b w:val="0"/>
          <w:color w:val="666666"/>
          <w:sz w:val="16"/>
        </w:rPr>
        <w:t>高通、Snapdragon、Hexagon 和 Adreno 是高通公司（Qualcomm Incorporated）的商標或註冊商標。</w:t>
      </w:r>
    </w:p>
    <w:p>
      <w:pPr>
        <w:spacing w:after="0"/>
        <w:jc w:val="center"/>
      </w:pPr>
      <w:r>
        <w:rPr>
          <w:rFonts w:ascii="Arial" w:hAnsi="Arial" w:eastAsia="Microsoft JhengHei"/>
          <w:b w:val="0"/>
          <w:sz w:val="21"/>
        </w:rPr>
        <w:t>（完）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Arial" w:hAnsi="Arial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KORA × 高通 新聞稿（繁體中文版）</dc:title>
  <dc:subject/>
  <dc:creator>KORA Systems Inc.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